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FONDO COMUNITARIO DE DESARROLLO LOCAL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Villa Cerro Castillo · Comunidad Portal</w:t>
      </w:r>
    </w:p>
    <w:p w:rsidR="00000000" w:rsidDel="00000000" w:rsidP="00000000" w:rsidRDefault="00000000" w:rsidRPr="00000000" w14:paraId="00000003">
      <w:pPr>
        <w:spacing w:after="160" w:lineRule="auto"/>
        <w:jc w:val="center"/>
        <w:rPr>
          <w:highlight w:val="yellow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highlight w:val="yellow"/>
          <w:rtl w:val="0"/>
        </w:rPr>
        <w:t xml:space="preserve">Este formulario debe s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er descargado, rellenado y enviado a </w:t>
      </w:r>
      <w:hyperlink r:id="rId7">
        <w:r w:rsidDel="00000000" w:rsidR="00000000" w:rsidRPr="00000000">
          <w:rPr>
            <w:b w:val="1"/>
            <w:bCs w:val="1"/>
            <w:color w:val="1155cc"/>
            <w:highlight w:val="yellow"/>
            <w:u w:val="single"/>
            <w:rtl w:val="0"/>
          </w:rPr>
          <w:t xml:space="preserve">pncerrocastillo@gmail.com</w:t>
        </w:r>
      </w:hyperlink>
      <w:r w:rsidDel="00000000" w:rsidR="00000000" w:rsidRPr="00000000">
        <w:rPr>
          <w:b w:val="1"/>
          <w:bCs w:val="1"/>
          <w:highlight w:val="yellow"/>
          <w:rtl w:val="0"/>
        </w:rPr>
        <w:t xml:space="preserve"> para hacer efectiva su postulación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1: FORMULARIO DE POSTULACIÓN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del proyecto: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Modalidad: Persona natural / Organización: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Línea de financiamiento: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del postulante u organización: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RUT: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Representante o responsable: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Teléfono: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Correo electrónico: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Dirección: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Monto solicitado al Fondo: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Coaporte obligatorio (20% del monto solicitado):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Presupuesto total del proyecto: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Descripción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80" w:lineRule="auto"/>
        <w:rPr/>
      </w:pPr>
      <w:r w:rsidDel="00000000" w:rsidR="00000000" w:rsidRPr="00000000">
        <w:rPr>
          <w:rtl w:val="0"/>
        </w:rPr>
        <w:t xml:space="preserve">Describa brevemente qué quiere hacer, dónde se realizará, quiénes participarán y qué necesidad busca resolver.</w:t>
      </w:r>
    </w:p>
    <w:tbl>
      <w:tblPr>
        <w:tblStyle w:val="Table1"/>
        <w:tblW w:w="963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6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Aporte a Comunidad Portal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lineRule="auto"/>
        <w:rPr/>
      </w:pPr>
      <w:r w:rsidDel="00000000" w:rsidR="00000000" w:rsidRPr="00000000">
        <w:rPr>
          <w:rtl w:val="0"/>
        </w:rPr>
        <w:t xml:space="preserve">Explique cómo el proyecto aporta a Villa Cerro Castillo y qué beneficio comunitario, territorial o turístico generará.</w:t>
      </w:r>
    </w:p>
    <w:tbl>
      <w:tblPr>
        <w:tblStyle w:val="Table2"/>
        <w:tblW w:w="963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ANEXO 1: FORMULARIO DE POSTULACIÓN (continuación)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Beneficiarios</w:t>
      </w:r>
      <w:r w:rsidDel="00000000" w:rsidR="00000000" w:rsidRPr="00000000">
        <w:rPr>
          <w:rtl w:val="0"/>
        </w:rPr>
      </w:r>
    </w:p>
    <w:tbl>
      <w:tblPr>
        <w:tblStyle w:val="Table3"/>
        <w:tblW w:w="963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13"/>
        <w:gridCol w:w="3213"/>
        <w:gridCol w:w="3213"/>
        <w:tblGridChange w:id="0">
          <w:tblGrid>
            <w:gridCol w:w="3213"/>
            <w:gridCol w:w="3213"/>
            <w:gridCol w:w="3213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Tipo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Cantidad estimada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Directos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Indirectos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6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Presupuesto</w:t>
      </w:r>
      <w:r w:rsidDel="00000000" w:rsidR="00000000" w:rsidRPr="00000000">
        <w:rPr>
          <w:rtl w:val="0"/>
        </w:rPr>
      </w:r>
    </w:p>
    <w:tbl>
      <w:tblPr>
        <w:tblStyle w:val="Table4"/>
        <w:tblW w:w="9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8"/>
        <w:gridCol w:w="1928"/>
        <w:gridCol w:w="1928"/>
        <w:gridCol w:w="1928"/>
        <w:gridCol w:w="1928"/>
        <w:tblGridChange w:id="0">
          <w:tblGrid>
            <w:gridCol w:w="1928"/>
            <w:gridCol w:w="1928"/>
            <w:gridCol w:w="1928"/>
            <w:gridCol w:w="1928"/>
            <w:gridCol w:w="1928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Ítem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Fondo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Coaporte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before="80" w:lineRule="auto"/>
        <w:rPr/>
      </w:pPr>
      <w:r w:rsidDel="00000000" w:rsidR="00000000" w:rsidRPr="00000000">
        <w:rPr>
          <w:i w:val="1"/>
          <w:iCs w:val="1"/>
          <w:sz w:val="19"/>
          <w:szCs w:val="19"/>
          <w:rtl w:val="0"/>
        </w:rPr>
        <w:t xml:space="preserve">El coaporte debe equivaler al 20% del monto adjudicado por el Fondo.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FONDO COMUNITARIO DE DESARROLLO LOCAL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Villa Cerro Castillo · Comunidad Portal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0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2: CARTA DE COMPROMISO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60" w:lineRule="auto"/>
        <w:rPr/>
      </w:pPr>
      <w:r w:rsidDel="00000000" w:rsidR="00000000" w:rsidRPr="00000000">
        <w:rPr>
          <w:rtl w:val="0"/>
        </w:rPr>
        <w:t xml:space="preserve">En Villa Cerro Castillo, con fecha </w:t>
      </w:r>
      <w:r w:rsidDel="00000000" w:rsidR="00000000" w:rsidRPr="00000000">
        <w:rPr>
          <w:b w:val="1"/>
          <w:bCs w:val="1"/>
          <w:rtl w:val="0"/>
        </w:rPr>
        <w:t xml:space="preserve">____</w:t>
      </w:r>
      <w:r w:rsidDel="00000000" w:rsidR="00000000" w:rsidRPr="00000000">
        <w:rPr>
          <w:rtl w:val="0"/>
        </w:rPr>
        <w:t xml:space="preserve"> de </w:t>
      </w:r>
      <w:r w:rsidDel="00000000" w:rsidR="00000000" w:rsidRPr="00000000">
        <w:rPr>
          <w:b w:val="1"/>
          <w:bCs w:val="1"/>
          <w:rtl w:val="0"/>
        </w:rPr>
        <w:t xml:space="preserve">________________________</w:t>
      </w:r>
      <w:r w:rsidDel="00000000" w:rsidR="00000000" w:rsidRPr="00000000">
        <w:rPr>
          <w:rtl w:val="0"/>
        </w:rPr>
        <w:t xml:space="preserve"> de 2026, yo </w:t>
      </w:r>
      <w:r w:rsidDel="00000000" w:rsidR="00000000" w:rsidRPr="00000000">
        <w:rPr>
          <w:b w:val="1"/>
          <w:bCs w:val="1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  <w:t xml:space="preserve">, RUT </w:t>
      </w:r>
      <w:r w:rsidDel="00000000" w:rsidR="00000000" w:rsidRPr="00000000">
        <w:rPr>
          <w:b w:val="1"/>
          <w:bCs w:val="1"/>
          <w:rtl w:val="0"/>
        </w:rPr>
        <w:t xml:space="preserve">____________________</w:t>
      </w:r>
      <w:r w:rsidDel="00000000" w:rsidR="00000000" w:rsidRPr="00000000">
        <w:rPr>
          <w:rtl w:val="0"/>
        </w:rPr>
        <w:t xml:space="preserve">, en representación propia o de la organización </w:t>
      </w:r>
      <w:r w:rsidDel="00000000" w:rsidR="00000000" w:rsidRPr="00000000">
        <w:rPr>
          <w:b w:val="1"/>
          <w:bCs w:val="1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  <w:t xml:space="preserve">, declaro conocer y aceptar las Bases de Postulación del Fondo Comunitario de Desarrollo Local 2026.</w:t>
      </w:r>
    </w:p>
    <w:p w:rsidR="00000000" w:rsidDel="00000000" w:rsidP="00000000" w:rsidRDefault="00000000" w:rsidRPr="00000000" w14:paraId="0000004F">
      <w:pPr>
        <w:spacing w:after="160" w:lineRule="auto"/>
        <w:jc w:val="both"/>
        <w:rPr/>
      </w:pPr>
      <w:r w:rsidDel="00000000" w:rsidR="00000000" w:rsidRPr="00000000">
        <w:rPr>
          <w:rtl w:val="0"/>
        </w:rPr>
        <w:t xml:space="preserve">Me comprometo a ejecutar el proyecto “________________________________________”, utilizar los recursos exclusivamente para los fines aprobados, realizar el coaporte obligatorio equivalente al 20% del monto adjudicado y rendir tanto los recursos entregados por el Fondo como el coaporte comprometido. Asimismo, acepto las facultades de seguimiento y control establecidas en las bases y, cuando corresponda, me comprometo a mantener los bienes y equipamientos adquiridos destinados al proyecto durante el período definido.</w:t>
      </w:r>
    </w:p>
    <w:p w:rsidR="00000000" w:rsidDel="00000000" w:rsidP="00000000" w:rsidRDefault="00000000" w:rsidRPr="00000000" w14:paraId="00000050">
      <w:pPr>
        <w:spacing w:after="320" w:lineRule="auto"/>
        <w:jc w:val="both"/>
        <w:rPr/>
      </w:pPr>
      <w:r w:rsidDel="00000000" w:rsidR="00000000" w:rsidRPr="00000000">
        <w:rPr>
          <w:rtl w:val="0"/>
        </w:rPr>
        <w:t xml:space="preserve">Asimismo, me comprometo a entregar los respaldos de gastos, fotografías e informe de ejecución dentro del plazo establecido. Declaro conocer que el incumplimiento podrá implicar la devolución total o parcial de los recursos y la imposibilidad de postular a futuras convocatorias.</w:t>
      </w:r>
    </w:p>
    <w:p w:rsidR="00000000" w:rsidDel="00000000" w:rsidP="00000000" w:rsidRDefault="00000000" w:rsidRPr="00000000" w14:paraId="00000051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Firma: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RUT: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Teléfono: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Correo: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FONDO COMUNITARIO DE DESARROLLO LOCAL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Villa Cerro Castillo · Comunidad Portal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0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3: FORMULARIO DE RENDICIÓN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del proyecto: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del adjudicatario: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Monto adjudicado por el Fondo: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Coaporte comprometido: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Monto total ejecutado: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Saldo no utilizado: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6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Detalle de gastos</w:t>
      </w:r>
      <w:r w:rsidDel="00000000" w:rsidR="00000000" w:rsidRPr="00000000">
        <w:rPr>
          <w:rtl w:val="0"/>
        </w:rPr>
      </w:r>
    </w:p>
    <w:tbl>
      <w:tblPr>
        <w:tblStyle w:val="Table5"/>
        <w:tblW w:w="96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6"/>
        <w:gridCol w:w="1606"/>
        <w:gridCol w:w="1606"/>
        <w:gridCol w:w="1606"/>
        <w:gridCol w:w="1606"/>
        <w:gridCol w:w="1606"/>
        <w:tblGridChange w:id="0">
          <w:tblGrid>
            <w:gridCol w:w="1606"/>
            <w:gridCol w:w="1606"/>
            <w:gridCol w:w="1606"/>
            <w:gridCol w:w="1606"/>
            <w:gridCol w:w="1606"/>
            <w:gridCol w:w="1606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Documento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Proveedor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Origen*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Monto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9"/>
                <w:szCs w:val="19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spacing w:before="80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*Indicar si el gasto fue pagado con recursos del Fondo o con el coaporte del beneficiario.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6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Descripción breve de lo realizado y resultados obtenidos</w:t>
      </w: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" w:hRule="atLeast"/>
          <w:tblHeader w:val="0"/>
        </w:trPr>
        <w:tc>
          <w:tcPr>
            <w:tcMar>
              <w:top w:w="60.0" w:type="dxa"/>
              <w:bottom w:w="6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before="16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Adjuntar boletas, facturas, comprobantes de pago, fotografías y demás antecedentes que permitan verificar la ejecución y el cumplimiento del coaporte.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020" w:top="102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Asociación de Turismo del Parque Nacional y Villa Cerro Castillo · Formularios 2026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ncerrocastillo@gmail.com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kJoyPzcTDr5k0ka/qJjOR0i7yA==">CgMxLjA4AHIhMXl6Q0dORWlLbXhnTjJTdGZELW8temVka2ZlVWkwY2FD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